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Declaração de compromisso de respeito pelas leis angolanas</w:t>
      </w:r>
    </w:p>
    <w:p>
      <w:pPr>
        <w:pStyle w:val="Subtitle"/>
      </w:pPr>
      <w:r>
        <w:t>Minuta de apoio AKIU</w:t>
      </w:r>
    </w:p>
    <w:p>
      <w:pPr>
        <w:pStyle w:val="Small"/>
        <w:spacing w:after="340"/>
      </w:pPr>
      <w:r>
        <w:t>Preencha os dados conforme o passaporte. Este modelo apoia a preparação do processo; quando o posto consular ou o SME exigir modelo próprio, utilize esse modelo e siga as instruções de assinatura e reconhecimento.</w:t>
      </w:r>
    </w:p>
    <w:p>
      <w:pPr>
        <w:spacing w:after="240"/>
      </w:pPr>
      <w:r>
        <w:t>Nome completo  _________________________________________________________</w:t>
      </w:r>
    </w:p>
    <w:p>
      <w:pPr>
        <w:spacing w:after="240"/>
      </w:pPr>
      <w:r>
        <w:t>Nacionalidade  ___________________________________________________________</w:t>
      </w:r>
    </w:p>
    <w:p>
      <w:pPr>
        <w:spacing w:after="240"/>
      </w:pPr>
      <w:r>
        <w:t>Passaporte n.º  ____________________   País emissor  ________________________</w:t>
      </w:r>
    </w:p>
    <w:p>
      <w:pPr>
        <w:spacing w:after="60"/>
      </w:pPr>
      <w:r>
        <w:t>Residência habitual  ______________________________________________________</w:t>
      </w:r>
    </w:p>
    <w:p>
      <w:pPr>
        <w:spacing w:after="400"/>
      </w:pPr>
      <w:r>
        <w:t>_______________________________________________________________________</w:t>
      </w:r>
    </w:p>
    <w:p>
      <w:pPr>
        <w:spacing w:after="380"/>
      </w:pPr>
      <w:r>
        <w:t>Declaro, sob compromisso de honra, que me comprometo a respeitar a Constituição e as demais leis da República de Angola durante a minha permanência em território angolano.</w:t>
      </w:r>
    </w:p>
    <w:p>
      <w:pPr>
        <w:spacing w:after="580"/>
      </w:pPr>
      <w:r>
        <w:t>Local  ____________________________   Data  ______ / ______ / __________</w:t>
      </w:r>
    </w:p>
    <w:p>
      <w:pPr>
        <w:spacing w:after="60"/>
      </w:pPr>
      <w:r>
        <w:t>Assinatura  _____________________________________________________________</w:t>
      </w:r>
    </w:p>
    <w:p>
      <w:pPr>
        <w:pStyle w:val="Small"/>
        <w:spacing w:after="360"/>
      </w:pPr>
      <w:r>
        <w:t>Assine de acordo com as instruções da entidade receptora.</w:t>
      </w:r>
    </w:p>
    <w:p>
      <w:pPr>
        <w:pStyle w:val="Heading2"/>
      </w:pPr>
      <w:r>
        <w:t>Âmbito da declaração</w:t>
      </w:r>
    </w:p>
    <w:p>
      <w:pPr>
        <w:pStyle w:val="Small"/>
        <w:spacing w:after="180"/>
      </w:pPr>
      <w:r>
        <w:t>Esta minuta não é um formulário oficial nem uma autorização de entrada, permanência ou trabalho. Também não substitui o compromisso de regresso ao país de origem previsto no artigo 6.º do Decreto Presidencial n.º 49/25, que tem finalidade e formalidades próprias.</w:t>
      </w:r>
    </w:p>
    <w:p>
      <w:pPr>
        <w:pStyle w:val="Source"/>
      </w:pPr>
      <w:r>
        <w:t>Referência de preparação: Embaixada de Angola no Brasil, requisitos de visto de trabalho. Consulta em 13 de Outubro de 2026.</w:t>
        <w:br/>
      </w:r>
      <w:hyperlink r:id="rId11">
        <w:r>
          <w:rPr>
            <w:color w:val="273F50"/>
            <w:sz w:val="17"/>
          </w:rPr>
          <w:t>https://brasil.mirex.gov.ao/web/actos/143/visto-de-trabalho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922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166" w:val="right"/>
      </w:tabs>
    </w:pPr>
    <w:r>
      <w:rPr>
        <w:color w:val="555555"/>
        <w:sz w:val="16"/>
      </w:rPr>
      <w:t>13 de Outubro de 2026  |  Declaração de respeito pelas leis</w:t>
      <w:tab/>
    </w:r>
    <w:fldSimple w:instr="PAGE">
      <w:r>
        <w:rPr>
          <w:sz w:val="16"/>
          <w:color w:val="555555"/>
        </w:rPr>
        <w:t>1</w:t>
      </w:r>
    </w:fldSimple>
    <w:r>
      <w:rPr>
        <w:sz w:val="16"/>
      </w:rPr>
      <w:t xml:space="preserve"> / </w:t>
    </w:r>
    <w:fldSimple w:instr="NUMPAGES">
      <w:r>
        <w:rPr>
          <w:sz w:val="16"/>
          <w:color w:val="55555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166" w:val="right"/>
      </w:tabs>
    </w:pPr>
    <w:r>
      <w:rPr>
        <w:b/>
        <w:color w:val="000000"/>
        <w:sz w:val="18"/>
      </w:rPr>
      <w:t>AKIU ONE</w:t>
    </w:r>
    <w:r>
      <w:rPr>
        <w:color w:val="000000"/>
        <w:sz w:val="16"/>
      </w:rPr>
      <w:tab/>
      <w:t>MOBILIDADE EM ANGOLA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Arial" w:hAnsi="Arial"/>
      <w:b w:val="0"/>
      <w:color w:val="000000"/>
      <w:sz w:val="22"/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  <w:rFonts w:ascii="Arial" w:hAnsi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  <w:rFonts w:ascii="Arial" w:hAnsi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  <w:rFonts w:ascii="Arial" w:hAnsi="Aria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2"/>
      <w:szCs w:val="24"/>
      <w:rFonts w:ascii="Arial" w:hAnsi="Aria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line="264" w:lineRule="auto" w:after="80"/>
    </w:pPr>
    <w:rPr>
      <w:rFonts w:ascii="Arial" w:hAnsi="Arial"/>
      <w:b w:val="0"/>
      <w:color w:val="000000"/>
      <w:sz w:val="18"/>
      <w:rFonts w:ascii="Arial" w:hAnsi="Arial"/>
    </w:rPr>
  </w:style>
  <w:style w:type="paragraph" w:customStyle="1" w:styleId="Source">
    <w:name w:val="Source"/>
    <w:pPr>
      <w:spacing w:line="264" w:lineRule="auto" w:after="80"/>
    </w:pPr>
    <w:rPr>
      <w:rFonts w:ascii="Arial" w:hAnsi="Arial"/>
      <w:b w:val="0"/>
      <w:color w:val="000000"/>
      <w:sz w:val="16"/>
      <w:rFonts w:ascii="Arial" w:hAnsi="Arial"/>
    </w:rPr>
  </w:style>
  <w:style w:type="paragraph" w:customStyle="1" w:styleId="Check">
    <w:name w:val="Check"/>
    <w:pPr>
      <w:spacing w:line="264" w:lineRule="auto" w:after="140"/>
      <w:ind w:left="317" w:hanging="317"/>
    </w:pPr>
    <w:rPr>
      <w:rFonts w:ascii="Arial" w:hAnsi="Arial"/>
      <w:b w:val="0"/>
      <w:color w:val="000000"/>
      <w:sz w:val="21"/>
      <w:rFonts w:ascii="Arial" w:hAnsi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brasil.mirex.gov.ao/web/actos/143/visto-de-trabal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respeito pelas leis</dc:title>
  <dc:subject>Modelos de apoio à mobilidade para Angola</dc:subject>
  <dc:creator>AKIU</dc:creator>
  <cp:keywords>AKIU, Angola, mobilidade, visto de trabalho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